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לבית הספר ולכיתה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קצרים עם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יום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כריות צבעוניות וספרים עם 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 במשחק זיכרון ושרים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מילה אהובה על 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שולחן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(חדר לימוד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שמלמד את 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(שקית לספרים ולמחברות)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(לבקש מידע או הסבר)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נפגשים רק ביום רביעי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כותב רק מילה אחת על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בפינת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נפגשים בפינת המילים עם 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משחקים במשחק זיכרון ושרים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לומדים לכתוב משפטים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תלמיד בוחר מילה אהובה וכותב אותה על 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הכרטיס נתלה על הקיר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מילה מתאימה, כותב משפט הסבר קצר וברור, הכתיב נכון ברוב המילים.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יום רביעי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בשמיעת הטקסט מהדף ולאחר מכן לעבור לתרגילים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מילה אהובה ולכתוב אותה על כרטיס אמיתי כמו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על פינה מיוחדת בבית הספר שנקראת פינת המילים, שבה תלמידים חדשים לומדים עברית יחד עם המורה. בדף הזה נתרגל את המילים והמשפטים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הפינה המיוחדת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פינת הספרים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פינת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פינת המשחקים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פינת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יום נפגשים התלמידים החדשים בפינה?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בפינת המילים?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כריות צבעוניות וספרים עם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כדורים ומשחקי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שולחנות ריקים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התלמידים בפינה?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במשחק זיכרון ושרים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בסרטים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מנקים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 כל תלמיד בסוף השבוע?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אהובה על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שיעורי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__________ שלנו יש פינה מיוחדת.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נפגשים עם __________ בפינת המילים.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לומדים __________ 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תלמיד כותב מילה אהובה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בכיתה יש לוח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שקית לספרים ולמחברות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חדר לימוד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לבקש מידע או הסבר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שמלמד את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מנוחה בין שיעורים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הפינה בטקסט נקראת פינת המילים.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נפגשים בפינה כל יום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בפינה יש כריות צבעוניות וספרים עם תמונות.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כותב ספר שלם בסוף השבוע.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מרגישים בטוחים לטעות וללמוד בפינה.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בפינת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לומדים לכתוב משפטים קצרים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נתלה על הקיר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בוחר מילה אהובה וכותב אותה על 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משחקים במשחק זיכרון ושרים שירים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נפגשים בפינת המילים עם המורה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בעברית אתם הכי אוהבים? כתבו אותה, הסבירו למה אתם אוהבים אותה, ואפשר גם לצייר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איך קוראים לפינה המיוחדת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נפגשים התלמידים החדשים בפינה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אחת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