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בית הספר והכיתה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חדשות הקשורות לבית הספר ולכיתה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תוכן הטקסט על פינת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משפטים קצרים עם המילים החדשות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פינת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יום רביעי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כריות צבעוניות וספרים עם תמונות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משחקים במשחק זיכרון ושרים שירים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מילה אהובה על כרטיס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לכתוב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כרטיס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שולחן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(חדר לימוד בבית הספר)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(מי שמלמד את התלמידים)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(זמן מנוחה בין שיעורים)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(שקית לספרים ולמחברות)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(לבקש מידע או הסבר)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הם נפגשים רק ביום רביעי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מתואר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הוא כותב רק מילה אחת על כרטיס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כתוב בסוף הטקסט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 בפינת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התלמידים נפגשים בפינת המילים עם המורה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הם משחקים במשחק זיכרון ושרים שירים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הם לומדים לכתוב משפטים קצרים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כל תלמיד בוחר מילה אהובה וכותב אותה על כרטיס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הכרטיס נתלה על הקיר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ומציירים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בוחר מילה מתאימה, כותב משפט הסבר קצר וברור, הכתיב נכון ברוב המילים.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פינת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יום רביעי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מהרשימה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בשמיעת הטקסט מהדף ולאחר מכן לעבור לתרגילים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לבחור מילה אהובה ולכתוב אותה על כרטיס אמיתי כמו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בית הספר והכיתה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בבית הספר יש פינה מיוחדת. שם התלמידים לומדים מילים חדשות בעברית. היום נתרגל ביחד את המילים האלה.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כיתה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חדר שבו לומדים בבית הספר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שמלמד את התלמידים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ספר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שקוראים בו וכתובים בו דברים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מחברת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שבו כותבים ורושמים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עיפרון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לכתיבה וציור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תיק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שקית לשים בה ספרים וחפצים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לוח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משטח בכיתה שעליו כותב המורה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הפסקה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זמן מנוחה בין שיעור לשיעור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קוראים לפינה המיוחדת?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פינת הספרים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פינת המילים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פינת המשחקים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פינת המורים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התלמידים נפגשים?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יום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 רביעי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יום שישי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נמצא בפינה?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כריות צבעוניות וספרים עם תמונות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מחשבים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כדורים ומשחקי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שולחנות ריקים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התלמידים עושים 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משחקים במשחק זיכרון ושרים 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צופים בסרטים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מנקים את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כותבים בסוף השבוע?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מכתב להורים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סיפור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מילה אהובה על כרטיס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שיעורי בית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בבית __________ שלנו יש פינה מיוחדת.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התלמידים נפגשים עם __________ בפינת המילים.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הם לומדים __________ משפטים קצרים.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כל תלמיד כותב מילה אהובה על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בכיתה יש לוח ו__________.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שקית לספרים ולמחברות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חדר לימוד בבית הספר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הפסקה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לבקש מידע או הסבר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זמן מנוחה בין שיעורים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לשאול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 שמלמד את התלמידים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הפינה בטקסט נקראת פינת המילים.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התלמידים נפגשים בפינה כל יום בשבוע.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בפינה יש כריות צבעוניות וספרים עם תמונות.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תלמיד כותב ספר שלם בסוף השבוע.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התלמידים מרגישים בטוחים לטעות וללמוד בפינה.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הפעולות בפינת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תלמיד בוחר מילה אהובה וכותב אותה על כרטיס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הם לומדים לכתוב משפטים קצרים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הכרטיס נתלה על הקיר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התלמידים נפגשים בפינת המילים עם המורה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הם משחקים במשחק זיכרון ושרים שירים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ומציירים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בעברית אתם הכי אוהבים? כתבו אותה, הסבירו למה אתם אוהבים אותה, ואפשר גם לצייר אותה.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איך קוראים לפינה המיוחדת בבית הספר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נפגשים התלמידים החדשים בפינה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חדשה אחת שלמדתם היום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בית הספר והכיתה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