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קצרים עם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יום רביעי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(חדר לימוד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שמלמד את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(זמן מנוחה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(שקית לספרים ולמחברות)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בפינת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נפגשים בפינת המילים עם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משחקים במשחק זיכרון ושרים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תלמיד בוחר מילה אהובה וכותב אותה על 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 מתאימה, כותב משפט הסבר קצר וברור, הכתיב נכון ברוב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יום 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בשמיעת הטקסט מהדף ולאחר מכן לעבור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מילה אהובה ולכתוב אותה על כרטיס אמיתי כמו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פינה מיוחדת בבית הספר שנקראת פינת המילים, שבה תלמידים חדשים לומדים עברית יחד עם המורה. בדף הזה נתרגל את המילים והמשפטים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הספר  ·  המורה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שם הפינה המיוחדת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פינת הספרים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פינת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יום נפגשים התלמידים החדשים בפינה?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רביעי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בבית __________ שלנו יש פינה מיוחדת.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התלמידים נפגשים עם __________ בפינת המילים.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מנוחה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חדר לימוד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שקית לספרים ולמחברות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שמלמד את 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הפינה בטקסט נקראת פינת המילים.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בפינה יש כריות צבעוניות וספרים עם תמונות.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משחקים במשחק זיכרון ושרים שירים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תלמיד בוחר מילה אהובה וכותב אותה על 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נפגשים בפינת המילים עם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בעברית אתם הכי אוהבים? כתבו אותה, הסבירו למה אתם אוהבים אותה, ואפשר גם לצייר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איך קוראים לפינה המיוחדת בבית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נפגשים התלמידים החדשים בפינה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